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81ABE" w14:textId="77777777" w:rsidR="00304852" w:rsidRPr="00982AA2" w:rsidRDefault="00304852">
      <w:pPr>
        <w:pBdr>
          <w:bottom w:val="single" w:sz="18" w:space="1" w:color="2F855A"/>
        </w:pBdr>
        <w:spacing w:after="480"/>
        <w:rPr>
          <w:rFonts w:asciiTheme="majorHAnsi" w:hAnsiTheme="majorHAnsi" w:cstheme="majorHAnsi"/>
          <w:lang w:val="es-ES"/>
        </w:rPr>
      </w:pPr>
    </w:p>
    <w:p w14:paraId="645069B9" w14:textId="33F43044" w:rsidR="00982AA2" w:rsidRPr="00982AA2" w:rsidRDefault="00982AA2" w:rsidP="00982AA2">
      <w:pPr>
        <w:spacing w:after="120"/>
        <w:rPr>
          <w:rFonts w:asciiTheme="majorHAnsi" w:hAnsiTheme="majorHAnsi" w:cstheme="majorHAnsi"/>
          <w:b/>
          <w:bCs/>
          <w:color w:val="1A202C"/>
          <w:sz w:val="36"/>
          <w:szCs w:val="36"/>
          <w:lang w:val="es-ES"/>
        </w:rPr>
      </w:pPr>
      <w:r w:rsidRPr="00982AA2">
        <w:rPr>
          <w:rFonts w:asciiTheme="majorHAnsi" w:hAnsiTheme="majorHAnsi" w:cstheme="majorHAnsi"/>
          <w:b/>
          <w:bCs/>
          <w:color w:val="1A202C"/>
          <w:sz w:val="36"/>
          <w:szCs w:val="36"/>
          <w:lang w:val="es-ES"/>
        </w:rPr>
        <w:t xml:space="preserve">Programa Press Trip </w:t>
      </w:r>
      <w:r w:rsidR="00264361">
        <w:rPr>
          <w:rFonts w:asciiTheme="majorHAnsi" w:hAnsiTheme="majorHAnsi" w:cstheme="majorHAnsi"/>
          <w:b/>
          <w:bCs/>
          <w:color w:val="1A202C"/>
          <w:sz w:val="36"/>
          <w:szCs w:val="36"/>
          <w:lang w:val="es-ES"/>
        </w:rPr>
        <w:t>Huelva</w:t>
      </w:r>
    </w:p>
    <w:p w14:paraId="2CDD4F4B" w14:textId="53709014" w:rsidR="00304852" w:rsidRPr="00982AA2" w:rsidRDefault="00264361" w:rsidP="79A36207">
      <w:pPr>
        <w:spacing w:after="120"/>
        <w:rPr>
          <w:rFonts w:asciiTheme="majorHAnsi" w:hAnsiTheme="majorHAnsi" w:cstheme="majorHAnsi"/>
          <w:b/>
          <w:bCs/>
          <w:color w:val="808080" w:themeColor="background1" w:themeShade="80"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bCs/>
          <w:color w:val="808080" w:themeColor="background1" w:themeShade="80"/>
          <w:sz w:val="20"/>
          <w:szCs w:val="20"/>
          <w:lang w:val="es-ES"/>
        </w:rPr>
        <w:t>23</w:t>
      </w:r>
      <w:r w:rsidR="568E0D81" w:rsidRPr="00982AA2">
        <w:rPr>
          <w:rFonts w:asciiTheme="majorHAnsi" w:hAnsiTheme="majorHAnsi" w:cstheme="majorHAnsi"/>
          <w:b/>
          <w:bCs/>
          <w:color w:val="808080" w:themeColor="background1" w:themeShade="80"/>
          <w:sz w:val="20"/>
          <w:szCs w:val="20"/>
          <w:lang w:val="es-ES"/>
        </w:rPr>
        <w:t xml:space="preserve"> </w:t>
      </w:r>
      <w:r w:rsidR="00627FC1" w:rsidRPr="00982AA2">
        <w:rPr>
          <w:rFonts w:asciiTheme="majorHAnsi" w:hAnsiTheme="majorHAnsi" w:cstheme="majorHAnsi"/>
          <w:b/>
          <w:bCs/>
          <w:color w:val="808080" w:themeColor="background1" w:themeShade="80"/>
          <w:sz w:val="20"/>
          <w:szCs w:val="20"/>
          <w:lang w:val="es-ES"/>
        </w:rPr>
        <w:t>junio</w:t>
      </w:r>
      <w:r w:rsidR="568E0D81" w:rsidRPr="00982AA2">
        <w:rPr>
          <w:rFonts w:asciiTheme="majorHAnsi" w:hAnsiTheme="majorHAnsi" w:cstheme="majorHAnsi"/>
          <w:b/>
          <w:bCs/>
          <w:color w:val="808080" w:themeColor="background1" w:themeShade="80"/>
          <w:sz w:val="20"/>
          <w:szCs w:val="20"/>
          <w:lang w:val="es-ES"/>
        </w:rPr>
        <w:t xml:space="preserve"> 2026</w:t>
      </w:r>
    </w:p>
    <w:p w14:paraId="75DEDAB7" w14:textId="1598891E" w:rsidR="00982AA2" w:rsidRPr="00982AA2" w:rsidRDefault="00844892" w:rsidP="00982AA2">
      <w:pPr>
        <w:pStyle w:val="Sinespaciado"/>
        <w:rPr>
          <w:rFonts w:asciiTheme="majorHAnsi" w:hAnsiTheme="majorHAnsi" w:cstheme="majorHAnsi"/>
          <w:lang w:val="es-ES"/>
        </w:rPr>
      </w:pPr>
      <w:r w:rsidRPr="00982AA2">
        <w:rPr>
          <w:rFonts w:asciiTheme="majorHAnsi" w:hAnsiTheme="majorHAnsi" w:cstheme="majorHAnsi"/>
          <w:lang w:val="es-ES"/>
        </w:rPr>
        <w:br/>
      </w:r>
    </w:p>
    <w:p w14:paraId="7BA0D3CA" w14:textId="77777777" w:rsidR="00982AA2" w:rsidRPr="00982AA2" w:rsidRDefault="00982AA2" w:rsidP="00982AA2">
      <w:pPr>
        <w:pStyle w:val="Sinespaciado"/>
        <w:rPr>
          <w:rFonts w:asciiTheme="majorHAnsi" w:eastAsia="Times New Roman" w:hAnsiTheme="majorHAnsi" w:cstheme="majorHAnsi"/>
          <w:lang w:val="es-ES" w:eastAsia="es-ES"/>
        </w:rPr>
      </w:pPr>
    </w:p>
    <w:p w14:paraId="3B8A8768" w14:textId="37208A5B" w:rsidR="00304852" w:rsidRPr="00982AA2" w:rsidRDefault="00304852" w:rsidP="00982AA2">
      <w:pPr>
        <w:pStyle w:val="Sinespaciado"/>
        <w:rPr>
          <w:rFonts w:asciiTheme="majorHAnsi" w:hAnsiTheme="majorHAnsi" w:cstheme="majorHAnsi"/>
          <w:lang w:val="es-ES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3038"/>
        <w:gridCol w:w="2835"/>
        <w:gridCol w:w="2765"/>
      </w:tblGrid>
      <w:tr w:rsidR="00BC3509" w:rsidRPr="00FF4431" w14:paraId="587FDC02" w14:textId="77777777" w:rsidTr="00FB089D">
        <w:trPr>
          <w:trHeight w:val="492"/>
        </w:trPr>
        <w:tc>
          <w:tcPr>
            <w:tcW w:w="860" w:type="dxa"/>
            <w:tcBorders>
              <w:bottom w:val="single" w:sz="4" w:space="0" w:color="auto"/>
            </w:tcBorders>
            <w:shd w:val="clear" w:color="auto" w:fill="EAF1DD" w:themeFill="accent3" w:themeFillTint="33"/>
            <w:noWrap/>
            <w:hideMark/>
          </w:tcPr>
          <w:p w14:paraId="45B166D8" w14:textId="77777777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Hora</w:t>
            </w:r>
          </w:p>
        </w:tc>
        <w:tc>
          <w:tcPr>
            <w:tcW w:w="3038" w:type="dxa"/>
            <w:tcBorders>
              <w:bottom w:val="single" w:sz="4" w:space="0" w:color="auto"/>
            </w:tcBorders>
            <w:shd w:val="clear" w:color="auto" w:fill="EAF1DD" w:themeFill="accent3" w:themeFillTint="33"/>
            <w:noWrap/>
            <w:hideMark/>
          </w:tcPr>
          <w:p w14:paraId="41C337D9" w14:textId="77777777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Lugar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AF1DD" w:themeFill="accent3" w:themeFillTint="33"/>
            <w:noWrap/>
            <w:hideMark/>
          </w:tcPr>
          <w:p w14:paraId="79424F54" w14:textId="77777777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proofErr w:type="spellStart"/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Actividad</w:t>
            </w:r>
            <w:proofErr w:type="spellEnd"/>
          </w:p>
        </w:tc>
        <w:tc>
          <w:tcPr>
            <w:tcW w:w="2765" w:type="dxa"/>
            <w:tcBorders>
              <w:bottom w:val="single" w:sz="4" w:space="0" w:color="auto"/>
            </w:tcBorders>
            <w:shd w:val="clear" w:color="auto" w:fill="EAF1DD" w:themeFill="accent3" w:themeFillTint="33"/>
            <w:noWrap/>
            <w:hideMark/>
          </w:tcPr>
          <w:p w14:paraId="7FEA3F00" w14:textId="77777777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Atiende</w:t>
            </w:r>
          </w:p>
        </w:tc>
      </w:tr>
      <w:tr w:rsidR="00BC3509" w:rsidRPr="00FF4431" w14:paraId="383B3C7F" w14:textId="77777777" w:rsidTr="00FB089D">
        <w:trPr>
          <w:trHeight w:val="737"/>
        </w:trPr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28200E" w14:textId="1FDDCDFE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8:</w:t>
            </w:r>
            <w:r w:rsidR="0026436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00</w:t>
            </w: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627F11" w14:textId="62232AC7" w:rsidR="00BC3509" w:rsidRPr="00627FC1" w:rsidRDefault="00627FC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  <w:t xml:space="preserve">Ecovalia. </w:t>
            </w:r>
            <w:proofErr w:type="spellStart"/>
            <w:r w:rsidR="00BC3509" w:rsidRPr="00627FC1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  <w:t>Edificio</w:t>
            </w:r>
            <w:proofErr w:type="spellEnd"/>
            <w:r w:rsidR="00BC3509" w:rsidRPr="00627FC1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  <w:t xml:space="preserve"> </w:t>
            </w:r>
            <w:proofErr w:type="spellStart"/>
            <w:r w:rsidR="00BC3509" w:rsidRPr="00627FC1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  <w:t>Insur</w:t>
            </w:r>
            <w:proofErr w:type="spellEnd"/>
            <w:r w:rsidR="00BC3509" w:rsidRPr="00627FC1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  <w:br/>
              <w:t>Diego Martínez Barrio</w:t>
            </w:r>
            <w:r w:rsidRPr="00627FC1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  <w:t>s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  <w:t>,</w:t>
            </w:r>
            <w:r w:rsidR="00BC3509" w:rsidRPr="00627FC1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  <w:t xml:space="preserve"> 10 (SE)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B1A20A" w14:textId="5A6246FA" w:rsidR="00BC3509" w:rsidRPr="00FF4431" w:rsidRDefault="0026436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>Salida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8F9674" w14:textId="240B1DA3" w:rsidR="021ACDF9" w:rsidRDefault="021ACDF9" w:rsidP="1D994D91">
            <w:pPr>
              <w:spacing w:after="0" w:line="240" w:lineRule="auto"/>
            </w:pPr>
            <w:r w:rsidRPr="1D994D91">
              <w:rPr>
                <w:rFonts w:ascii="Aptos Narrow" w:eastAsia="Times New Roman" w:hAnsi="Aptos Narrow" w:cs="Times New Roman"/>
                <w:color w:val="000000" w:themeColor="text1"/>
                <w:lang w:eastAsia="es-ES"/>
              </w:rPr>
              <w:t>Diego Granado</w:t>
            </w:r>
          </w:p>
          <w:p w14:paraId="2E529E6D" w14:textId="4E9654EB" w:rsidR="021ACDF9" w:rsidRDefault="021ACDF9" w:rsidP="1D994D91">
            <w:pPr>
              <w:spacing w:after="0" w:line="240" w:lineRule="auto"/>
            </w:pPr>
            <w:r w:rsidRPr="1D994D91">
              <w:rPr>
                <w:rFonts w:ascii="Aptos Narrow" w:eastAsia="Times New Roman" w:hAnsi="Aptos Narrow" w:cs="Times New Roman"/>
                <w:color w:val="000000" w:themeColor="text1"/>
                <w:lang w:eastAsia="es-ES"/>
              </w:rPr>
              <w:t>Secretario General Ecovalia</w:t>
            </w:r>
          </w:p>
          <w:p w14:paraId="3CA244EE" w14:textId="77777777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</w:p>
        </w:tc>
      </w:tr>
      <w:tr w:rsidR="00BC3509" w:rsidRPr="00FF4431" w14:paraId="77B834AB" w14:textId="77777777" w:rsidTr="00FB089D">
        <w:trPr>
          <w:trHeight w:val="737"/>
        </w:trPr>
        <w:tc>
          <w:tcPr>
            <w:tcW w:w="860" w:type="dxa"/>
            <w:tcBorders>
              <w:top w:val="single" w:sz="4" w:space="0" w:color="auto"/>
            </w:tcBorders>
            <w:noWrap/>
            <w:hideMark/>
          </w:tcPr>
          <w:p w14:paraId="4FE80049" w14:textId="378DD83E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9:</w:t>
            </w:r>
            <w:r w:rsidR="0026436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3</w:t>
            </w:r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0</w:t>
            </w:r>
          </w:p>
        </w:tc>
        <w:tc>
          <w:tcPr>
            <w:tcW w:w="3038" w:type="dxa"/>
            <w:tcBorders>
              <w:top w:val="single" w:sz="4" w:space="0" w:color="auto"/>
            </w:tcBorders>
            <w:hideMark/>
          </w:tcPr>
          <w:p w14:paraId="125FCC4F" w14:textId="76C4A090" w:rsidR="00264361" w:rsidRPr="00FF4431" w:rsidRDefault="0026436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  <w:t>Marsh Foods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ES"/>
              </w:rPr>
              <w:br/>
              <w:t>Isla Cristina (Hu)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</w:tcPr>
          <w:p w14:paraId="002DB9BC" w14:textId="74573529" w:rsidR="00BC3509" w:rsidRPr="00FF4431" w:rsidRDefault="0026436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 xml:space="preserve">Visita a la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>granja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 xml:space="preserve"> de Salicornia</w:t>
            </w:r>
          </w:p>
        </w:tc>
        <w:tc>
          <w:tcPr>
            <w:tcW w:w="2765" w:type="dxa"/>
            <w:tcBorders>
              <w:top w:val="single" w:sz="4" w:space="0" w:color="auto"/>
            </w:tcBorders>
            <w:hideMark/>
          </w:tcPr>
          <w:p w14:paraId="233F840A" w14:textId="118D2311" w:rsidR="00BC3509" w:rsidRDefault="0026436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>Manuel Díaz</w:t>
            </w:r>
          </w:p>
          <w:p w14:paraId="4E182F27" w14:textId="50A927C4" w:rsidR="00264361" w:rsidRDefault="0026436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 xml:space="preserve">CEO y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>fundador</w:t>
            </w:r>
            <w:proofErr w:type="spellEnd"/>
          </w:p>
          <w:p w14:paraId="753B1C43" w14:textId="77777777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</w:p>
        </w:tc>
      </w:tr>
      <w:tr w:rsidR="00BC3509" w:rsidRPr="00FF4431" w14:paraId="29201246" w14:textId="77777777" w:rsidTr="00FB089D">
        <w:trPr>
          <w:trHeight w:val="737"/>
        </w:trPr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A1060B" w14:textId="7BA883D5" w:rsidR="00BC3509" w:rsidRPr="0074121F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lang w:eastAsia="es-ES"/>
              </w:rPr>
            </w:pPr>
            <w:r w:rsidRPr="0074121F">
              <w:rPr>
                <w:rFonts w:ascii="Aptos Narrow" w:eastAsia="Times New Roman" w:hAnsi="Aptos Narrow" w:cs="Times New Roman"/>
                <w:lang w:eastAsia="es-ES"/>
              </w:rPr>
              <w:t>11:</w:t>
            </w:r>
            <w:r w:rsidR="00264361">
              <w:rPr>
                <w:rFonts w:ascii="Aptos Narrow" w:eastAsia="Times New Roman" w:hAnsi="Aptos Narrow" w:cs="Times New Roman"/>
                <w:lang w:eastAsia="es-ES"/>
              </w:rPr>
              <w:t>30</w:t>
            </w: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718501" w14:textId="3AD39E7B" w:rsidR="00BC3509" w:rsidRPr="00BC3509" w:rsidRDefault="0026436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lang w:val="es-ES" w:eastAsia="es-ES"/>
              </w:rPr>
              <w:t>Salinas del Alemán</w:t>
            </w:r>
            <w:r w:rsidR="00BC3509" w:rsidRPr="00BC3509">
              <w:rPr>
                <w:rFonts w:ascii="Aptos Narrow" w:eastAsia="Times New Roman" w:hAnsi="Aptos Narrow" w:cs="Times New Roman"/>
                <w:b/>
                <w:bCs/>
                <w:lang w:val="es-ES" w:eastAsia="es-ES"/>
              </w:rPr>
              <w:br/>
            </w:r>
            <w:r w:rsidRPr="005601A9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Isla Cristina (</w:t>
            </w:r>
            <w:proofErr w:type="spellStart"/>
            <w:r w:rsidRPr="005601A9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Hu</w:t>
            </w:r>
            <w:proofErr w:type="spellEnd"/>
            <w:r w:rsidRPr="005601A9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0822E6" w14:textId="5CE7BC53" w:rsidR="00BC3509" w:rsidRPr="0074121F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lang w:eastAsia="es-ES"/>
              </w:rPr>
            </w:pPr>
            <w:r w:rsidRPr="0074121F">
              <w:rPr>
                <w:rFonts w:ascii="Aptos Narrow" w:eastAsia="Times New Roman" w:hAnsi="Aptos Narrow" w:cs="Times New Roman"/>
                <w:lang w:eastAsia="es-ES"/>
              </w:rPr>
              <w:t xml:space="preserve">Visita </w:t>
            </w:r>
            <w:r w:rsidR="00264361">
              <w:rPr>
                <w:rFonts w:ascii="Aptos Narrow" w:eastAsia="Times New Roman" w:hAnsi="Aptos Narrow" w:cs="Times New Roman"/>
                <w:lang w:eastAsia="es-ES"/>
              </w:rPr>
              <w:t xml:space="preserve">salina </w:t>
            </w:r>
            <w:proofErr w:type="spellStart"/>
            <w:r w:rsidR="00264361">
              <w:rPr>
                <w:rFonts w:ascii="Aptos Narrow" w:eastAsia="Times New Roman" w:hAnsi="Aptos Narrow" w:cs="Times New Roman"/>
                <w:lang w:eastAsia="es-ES"/>
              </w:rPr>
              <w:t>tradicional</w:t>
            </w:r>
            <w:proofErr w:type="spellEnd"/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4D493A" w14:textId="77777777" w:rsidR="00BC3509" w:rsidRDefault="0026436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lang w:eastAsia="es-ES"/>
              </w:rPr>
            </w:pPr>
            <w:r>
              <w:rPr>
                <w:rFonts w:ascii="Aptos Narrow" w:eastAsia="Times New Roman" w:hAnsi="Aptos Narrow" w:cs="Times New Roman"/>
                <w:lang w:eastAsia="es-ES"/>
              </w:rPr>
              <w:t>Sabina Limón</w:t>
            </w:r>
          </w:p>
          <w:p w14:paraId="516DADD4" w14:textId="77777777" w:rsidR="00264361" w:rsidRDefault="00264361" w:rsidP="00264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proofErr w:type="spellStart"/>
            <w:r>
              <w:rPr>
                <w:rFonts w:ascii="Aptos Narrow" w:eastAsia="Times New Roman" w:hAnsi="Aptos Narrow" w:cs="Times New Roman"/>
                <w:lang w:eastAsia="es-ES"/>
              </w:rPr>
              <w:t>Gerente</w:t>
            </w:r>
            <w:proofErr w:type="spellEnd"/>
          </w:p>
          <w:p w14:paraId="5C2F997C" w14:textId="77B275E7" w:rsidR="00264361" w:rsidRPr="0074121F" w:rsidRDefault="0026436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lang w:eastAsia="es-ES"/>
              </w:rPr>
            </w:pPr>
          </w:p>
        </w:tc>
      </w:tr>
      <w:tr w:rsidR="00BC3509" w:rsidRPr="00BC3509" w14:paraId="4F6CC9EB" w14:textId="77777777" w:rsidTr="00FB089D">
        <w:trPr>
          <w:trHeight w:val="737"/>
        </w:trPr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9DD6F0" w14:textId="77777777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14:00</w:t>
            </w: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4BA728" w14:textId="20BE7E41" w:rsidR="00BC3509" w:rsidRPr="005601A9" w:rsidRDefault="00627FC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5601A9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Bodegas y Viñedos Garay</w:t>
            </w:r>
            <w:r w:rsidRPr="005601A9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br/>
              <w:t>La Palma del Condado (</w:t>
            </w:r>
            <w:proofErr w:type="spellStart"/>
            <w:r w:rsidRPr="005601A9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Hu</w:t>
            </w:r>
            <w:proofErr w:type="spellEnd"/>
            <w:r w:rsidRPr="005601A9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5867A5" w14:textId="37EBDF4F" w:rsidR="00BC3509" w:rsidRPr="00FF4431" w:rsidRDefault="00627FC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 xml:space="preserve">Visita,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>cata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 xml:space="preserve"> y almuerzo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174E9B" w14:textId="4116B286" w:rsidR="00BC3509" w:rsidRDefault="00627FC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Ana González</w:t>
            </w:r>
          </w:p>
          <w:p w14:paraId="7CE40168" w14:textId="77777777" w:rsidR="00627FC1" w:rsidRDefault="00627FC1" w:rsidP="00627FC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proofErr w:type="spellStart"/>
            <w:r>
              <w:rPr>
                <w:rFonts w:ascii="Aptos Narrow" w:eastAsia="Times New Roman" w:hAnsi="Aptos Narrow" w:cs="Times New Roman"/>
                <w:lang w:eastAsia="es-ES"/>
              </w:rPr>
              <w:t>Gerente</w:t>
            </w:r>
            <w:proofErr w:type="spellEnd"/>
          </w:p>
          <w:p w14:paraId="508D1509" w14:textId="77777777" w:rsidR="00BC3509" w:rsidRPr="00BC3509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  <w:tr w:rsidR="00BC3509" w:rsidRPr="00FF4431" w14:paraId="219557A7" w14:textId="77777777" w:rsidTr="00FB089D">
        <w:trPr>
          <w:trHeight w:val="290"/>
        </w:trPr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8B196F" w14:textId="77777777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17:00</w:t>
            </w: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5B81BA" w14:textId="45AB2A30" w:rsidR="00BC3509" w:rsidRPr="00FF4431" w:rsidRDefault="00627FC1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ES"/>
              </w:rPr>
              <w:t>Regreso a Sevilla</w:t>
            </w:r>
            <w:r w:rsidR="00BC3509"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8CA492" w14:textId="77777777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 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206BC65" w14:textId="77777777" w:rsidR="00BC3509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 w:rsidRPr="00FF4431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 </w:t>
            </w:r>
          </w:p>
          <w:p w14:paraId="6D92535F" w14:textId="77777777" w:rsidR="00BC3509" w:rsidRPr="00FF4431" w:rsidRDefault="00BC3509" w:rsidP="0005369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</w:p>
        </w:tc>
      </w:tr>
    </w:tbl>
    <w:p w14:paraId="1F9BCE43" w14:textId="14D3B525" w:rsidR="79A36207" w:rsidRPr="00982AA2" w:rsidRDefault="79A36207" w:rsidP="00982AA2">
      <w:pPr>
        <w:pStyle w:val="Sinespaciado"/>
        <w:rPr>
          <w:rFonts w:asciiTheme="majorHAnsi" w:hAnsiTheme="majorHAnsi" w:cstheme="majorHAnsi"/>
          <w:lang w:val="es-ES"/>
        </w:rPr>
      </w:pPr>
    </w:p>
    <w:p w14:paraId="5E8575D8" w14:textId="77777777" w:rsidR="00BC3509" w:rsidRDefault="00BC3509" w:rsidP="79A36207">
      <w:pPr>
        <w:rPr>
          <w:rFonts w:asciiTheme="majorHAnsi" w:hAnsiTheme="majorHAnsi" w:cstheme="majorHAnsi"/>
          <w:sz w:val="21"/>
          <w:szCs w:val="21"/>
          <w:lang w:val="es-ES"/>
        </w:rPr>
      </w:pPr>
    </w:p>
    <w:p w14:paraId="5475C4E0" w14:textId="77777777" w:rsidR="0077722D" w:rsidRDefault="0077722D" w:rsidP="79A36207">
      <w:pPr>
        <w:rPr>
          <w:rFonts w:asciiTheme="majorHAnsi" w:hAnsiTheme="majorHAnsi" w:cstheme="majorHAnsi"/>
          <w:sz w:val="21"/>
          <w:szCs w:val="21"/>
          <w:lang w:val="es-ES"/>
        </w:rPr>
      </w:pPr>
    </w:p>
    <w:p w14:paraId="5741C8A6" w14:textId="77777777" w:rsidR="00700502" w:rsidRPr="00982AA2" w:rsidRDefault="00700502" w:rsidP="79A36207">
      <w:pPr>
        <w:rPr>
          <w:rFonts w:asciiTheme="majorHAnsi" w:hAnsiTheme="majorHAnsi" w:cstheme="majorHAnsi"/>
          <w:sz w:val="21"/>
          <w:szCs w:val="21"/>
          <w:lang w:val="es-ES"/>
        </w:rPr>
      </w:pPr>
    </w:p>
    <w:p w14:paraId="57EA9777" w14:textId="6353B4AB" w:rsidR="00304852" w:rsidRPr="00982AA2" w:rsidRDefault="39BDD661" w:rsidP="79A36207">
      <w:pPr>
        <w:keepNext/>
        <w:pBdr>
          <w:left w:val="single" w:sz="24" w:space="8" w:color="38A169"/>
        </w:pBdr>
        <w:spacing w:before="440"/>
        <w:rPr>
          <w:rFonts w:asciiTheme="majorHAnsi" w:hAnsiTheme="majorHAnsi" w:cstheme="majorHAnsi"/>
          <w:b/>
          <w:bCs/>
          <w:color w:val="2F855A"/>
          <w:sz w:val="28"/>
          <w:szCs w:val="28"/>
          <w:lang w:val="es-ES"/>
        </w:rPr>
      </w:pPr>
      <w:r w:rsidRPr="00982AA2">
        <w:rPr>
          <w:rFonts w:asciiTheme="majorHAnsi" w:hAnsiTheme="majorHAnsi" w:cstheme="majorHAnsi"/>
          <w:b/>
          <w:bCs/>
          <w:color w:val="2F855A"/>
          <w:sz w:val="28"/>
          <w:szCs w:val="28"/>
          <w:lang w:val="es-ES"/>
        </w:rPr>
        <w:t>Contacto</w:t>
      </w:r>
    </w:p>
    <w:p w14:paraId="5E802090" w14:textId="623B1D75" w:rsidR="004D40D9" w:rsidRPr="00982AA2" w:rsidRDefault="39BDD661" w:rsidP="79A36207">
      <w:pPr>
        <w:spacing w:after="80"/>
        <w:rPr>
          <w:rFonts w:asciiTheme="majorHAnsi" w:hAnsiTheme="majorHAnsi" w:cstheme="majorHAnsi"/>
          <w:b/>
          <w:bCs/>
          <w:color w:val="2D3748"/>
          <w:sz w:val="20"/>
          <w:szCs w:val="20"/>
          <w:lang w:val="es-ES"/>
        </w:rPr>
      </w:pPr>
      <w:r w:rsidRPr="00982AA2">
        <w:rPr>
          <w:rFonts w:asciiTheme="majorHAnsi" w:hAnsiTheme="majorHAnsi" w:cstheme="majorHAnsi"/>
          <w:b/>
          <w:bCs/>
          <w:color w:val="2D3748"/>
          <w:sz w:val="20"/>
          <w:szCs w:val="20"/>
          <w:lang w:val="es-ES"/>
        </w:rPr>
        <w:t>Comunicación</w:t>
      </w:r>
    </w:p>
    <w:p w14:paraId="529B59CA" w14:textId="11BB6824" w:rsidR="00BC3509" w:rsidRDefault="39BDD661" w:rsidP="79A36207">
      <w:pPr>
        <w:spacing w:after="80"/>
        <w:rPr>
          <w:rFonts w:asciiTheme="majorHAnsi" w:hAnsiTheme="majorHAnsi" w:cstheme="majorHAnsi"/>
          <w:lang w:val="es-ES"/>
        </w:rPr>
      </w:pPr>
      <w:r w:rsidRPr="00982AA2">
        <w:rPr>
          <w:rFonts w:asciiTheme="majorHAnsi" w:hAnsiTheme="majorHAnsi" w:cstheme="majorHAnsi"/>
          <w:color w:val="2D3748"/>
          <w:sz w:val="20"/>
          <w:szCs w:val="20"/>
          <w:lang w:val="es-ES"/>
        </w:rPr>
        <w:t>Carmen Egea — 690 926 588 — prensa@ecovalia.org</w:t>
      </w:r>
    </w:p>
    <w:p w14:paraId="2EF04C07" w14:textId="77777777" w:rsidR="00BC3509" w:rsidRDefault="00BC3509" w:rsidP="79A36207">
      <w:pPr>
        <w:spacing w:after="80"/>
        <w:rPr>
          <w:rFonts w:asciiTheme="majorHAnsi" w:hAnsiTheme="majorHAnsi" w:cstheme="majorHAnsi"/>
          <w:lang w:val="es-ES"/>
        </w:rPr>
      </w:pPr>
    </w:p>
    <w:p w14:paraId="0206042F" w14:textId="77777777" w:rsidR="00700502" w:rsidRDefault="00700502" w:rsidP="79A36207">
      <w:pPr>
        <w:spacing w:after="80"/>
        <w:rPr>
          <w:rFonts w:asciiTheme="majorHAnsi" w:hAnsiTheme="majorHAnsi" w:cstheme="majorHAnsi"/>
          <w:lang w:val="es-ES"/>
        </w:rPr>
      </w:pPr>
    </w:p>
    <w:p w14:paraId="602F9F6D" w14:textId="77777777" w:rsidR="00700502" w:rsidRDefault="00700502" w:rsidP="79A36207">
      <w:pPr>
        <w:spacing w:after="80"/>
        <w:rPr>
          <w:rFonts w:asciiTheme="majorHAnsi" w:hAnsiTheme="majorHAnsi" w:cstheme="majorHAnsi"/>
          <w:lang w:val="es-ES"/>
        </w:rPr>
      </w:pPr>
    </w:p>
    <w:p w14:paraId="6DCC1DD3" w14:textId="059EC8F5" w:rsidR="00982AA2" w:rsidRPr="00982AA2" w:rsidRDefault="00982AA2" w:rsidP="79A36207">
      <w:pPr>
        <w:spacing w:after="80"/>
        <w:rPr>
          <w:rFonts w:asciiTheme="majorHAnsi" w:hAnsiTheme="majorHAnsi" w:cstheme="majorHAnsi"/>
          <w:lang w:val="es-ES"/>
        </w:rPr>
      </w:pPr>
      <w:r w:rsidRPr="00982AA2">
        <w:rPr>
          <w:rFonts w:asciiTheme="majorHAnsi" w:hAnsiTheme="majorHAnsi" w:cstheme="majorHAnsi"/>
          <w:noProof/>
          <w:lang w:val="es-ES"/>
        </w:rPr>
        <w:drawing>
          <wp:inline distT="0" distB="0" distL="0" distR="0" wp14:anchorId="37900EBC" wp14:editId="41F6134C">
            <wp:extent cx="5733415" cy="532765"/>
            <wp:effectExtent l="0" t="0" r="635" b="635"/>
            <wp:docPr id="13178599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8599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53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2AA2" w:rsidRPr="00982AA2" w:rsidSect="00034616">
      <w:headerReference w:type="default" r:id="rId12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86B70" w14:textId="77777777" w:rsidR="004F7F54" w:rsidRDefault="004F7F54" w:rsidP="00BF5086">
      <w:pPr>
        <w:spacing w:after="0" w:line="240" w:lineRule="auto"/>
      </w:pPr>
      <w:r>
        <w:separator/>
      </w:r>
    </w:p>
  </w:endnote>
  <w:endnote w:type="continuationSeparator" w:id="0">
    <w:p w14:paraId="2C07A984" w14:textId="77777777" w:rsidR="004F7F54" w:rsidRDefault="004F7F54" w:rsidP="00BF5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A2C0F" w14:textId="77777777" w:rsidR="004F7F54" w:rsidRDefault="004F7F54" w:rsidP="00BF5086">
      <w:pPr>
        <w:spacing w:after="0" w:line="240" w:lineRule="auto"/>
      </w:pPr>
      <w:r>
        <w:separator/>
      </w:r>
    </w:p>
  </w:footnote>
  <w:footnote w:type="continuationSeparator" w:id="0">
    <w:p w14:paraId="681C30A7" w14:textId="77777777" w:rsidR="004F7F54" w:rsidRDefault="004F7F54" w:rsidP="00BF5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4A207" w14:textId="54D4A20B" w:rsidR="00BF5086" w:rsidRDefault="79A36207" w:rsidP="00BF5086">
    <w:pPr>
      <w:pStyle w:val="Encabezado"/>
      <w:jc w:val="right"/>
    </w:pPr>
    <w:r>
      <w:rPr>
        <w:noProof/>
      </w:rPr>
      <w:drawing>
        <wp:inline distT="0" distB="0" distL="0" distR="0" wp14:anchorId="67C0FF1F" wp14:editId="1DCB5241">
          <wp:extent cx="2042437" cy="411206"/>
          <wp:effectExtent l="0" t="0" r="0" b="0"/>
          <wp:docPr id="204360539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605398" name="Picture 20436053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2437" cy="4112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DF391" w14:textId="77777777" w:rsidR="00BF5086" w:rsidRDefault="00BF50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FCC1E8"/>
    <w:multiLevelType w:val="hybridMultilevel"/>
    <w:tmpl w:val="895CF6A4"/>
    <w:lvl w:ilvl="0" w:tplc="A468B9CC">
      <w:start w:val="1"/>
      <w:numFmt w:val="decimal"/>
      <w:lvlText w:val="%1."/>
      <w:lvlJc w:val="left"/>
      <w:pPr>
        <w:ind w:left="720" w:hanging="360"/>
      </w:pPr>
    </w:lvl>
    <w:lvl w:ilvl="1" w:tplc="3C84139A">
      <w:start w:val="1"/>
      <w:numFmt w:val="lowerLetter"/>
      <w:lvlText w:val="%2."/>
      <w:lvlJc w:val="left"/>
      <w:pPr>
        <w:ind w:left="1440" w:hanging="360"/>
      </w:pPr>
    </w:lvl>
    <w:lvl w:ilvl="2" w:tplc="3834A07A">
      <w:start w:val="1"/>
      <w:numFmt w:val="lowerRoman"/>
      <w:lvlText w:val="%3."/>
      <w:lvlJc w:val="right"/>
      <w:pPr>
        <w:ind w:left="2160" w:hanging="180"/>
      </w:pPr>
    </w:lvl>
    <w:lvl w:ilvl="3" w:tplc="1A8CD9B0">
      <w:start w:val="1"/>
      <w:numFmt w:val="decimal"/>
      <w:lvlText w:val="%4."/>
      <w:lvlJc w:val="left"/>
      <w:pPr>
        <w:ind w:left="2880" w:hanging="360"/>
      </w:pPr>
    </w:lvl>
    <w:lvl w:ilvl="4" w:tplc="C2BA060C">
      <w:start w:val="1"/>
      <w:numFmt w:val="lowerLetter"/>
      <w:lvlText w:val="%5."/>
      <w:lvlJc w:val="left"/>
      <w:pPr>
        <w:ind w:left="3600" w:hanging="360"/>
      </w:pPr>
    </w:lvl>
    <w:lvl w:ilvl="5" w:tplc="57220CE2">
      <w:start w:val="1"/>
      <w:numFmt w:val="lowerRoman"/>
      <w:lvlText w:val="%6."/>
      <w:lvlJc w:val="right"/>
      <w:pPr>
        <w:ind w:left="4320" w:hanging="180"/>
      </w:pPr>
    </w:lvl>
    <w:lvl w:ilvl="6" w:tplc="AAD05CDA">
      <w:start w:val="1"/>
      <w:numFmt w:val="decimal"/>
      <w:lvlText w:val="%7."/>
      <w:lvlJc w:val="left"/>
      <w:pPr>
        <w:ind w:left="5040" w:hanging="360"/>
      </w:pPr>
    </w:lvl>
    <w:lvl w:ilvl="7" w:tplc="93106CFC">
      <w:start w:val="1"/>
      <w:numFmt w:val="lowerLetter"/>
      <w:lvlText w:val="%8."/>
      <w:lvlJc w:val="left"/>
      <w:pPr>
        <w:ind w:left="5760" w:hanging="360"/>
      </w:pPr>
    </w:lvl>
    <w:lvl w:ilvl="8" w:tplc="75FA63C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1238F9"/>
    <w:multiLevelType w:val="multilevel"/>
    <w:tmpl w:val="F382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98D24F7"/>
    <w:multiLevelType w:val="hybridMultilevel"/>
    <w:tmpl w:val="9D08B0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22780"/>
    <w:multiLevelType w:val="hybridMultilevel"/>
    <w:tmpl w:val="04AC98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6471D"/>
    <w:multiLevelType w:val="multilevel"/>
    <w:tmpl w:val="D194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B115D4"/>
    <w:multiLevelType w:val="multilevel"/>
    <w:tmpl w:val="1864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65DA33"/>
    <w:multiLevelType w:val="hybridMultilevel"/>
    <w:tmpl w:val="DFAE94B8"/>
    <w:lvl w:ilvl="0" w:tplc="F7DE9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2C07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263D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1E39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A6A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3C86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340A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C08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DC5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F6406E"/>
    <w:multiLevelType w:val="hybridMultilevel"/>
    <w:tmpl w:val="EF32F9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374119">
    <w:abstractNumId w:val="9"/>
  </w:num>
  <w:num w:numId="2" w16cid:durableId="1045451087">
    <w:abstractNumId w:val="15"/>
  </w:num>
  <w:num w:numId="3" w16cid:durableId="1138768624">
    <w:abstractNumId w:val="16"/>
  </w:num>
  <w:num w:numId="4" w16cid:durableId="1340306493">
    <w:abstractNumId w:val="8"/>
  </w:num>
  <w:num w:numId="5" w16cid:durableId="1343972575">
    <w:abstractNumId w:val="7"/>
  </w:num>
  <w:num w:numId="6" w16cid:durableId="2039620126">
    <w:abstractNumId w:val="6"/>
  </w:num>
  <w:num w:numId="7" w16cid:durableId="2044360134">
    <w:abstractNumId w:val="12"/>
  </w:num>
  <w:num w:numId="8" w16cid:durableId="2045059874">
    <w:abstractNumId w:val="10"/>
  </w:num>
  <w:num w:numId="9" w16cid:durableId="241259903">
    <w:abstractNumId w:val="13"/>
  </w:num>
  <w:num w:numId="10" w16cid:durableId="243497194">
    <w:abstractNumId w:val="14"/>
  </w:num>
  <w:num w:numId="11" w16cid:durableId="304891662">
    <w:abstractNumId w:val="0"/>
  </w:num>
  <w:num w:numId="12" w16cid:durableId="46540651">
    <w:abstractNumId w:val="4"/>
  </w:num>
  <w:num w:numId="13" w16cid:durableId="678509371">
    <w:abstractNumId w:val="11"/>
  </w:num>
  <w:num w:numId="14" w16cid:durableId="73360630">
    <w:abstractNumId w:val="2"/>
  </w:num>
  <w:num w:numId="15" w16cid:durableId="882594912">
    <w:abstractNumId w:val="5"/>
  </w:num>
  <w:num w:numId="16" w16cid:durableId="911768548">
    <w:abstractNumId w:val="1"/>
  </w:num>
  <w:num w:numId="17" w16cid:durableId="919407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01A"/>
    <w:rsid w:val="00034616"/>
    <w:rsid w:val="00040E90"/>
    <w:rsid w:val="0006063C"/>
    <w:rsid w:val="00065E6D"/>
    <w:rsid w:val="00070B75"/>
    <w:rsid w:val="00070C98"/>
    <w:rsid w:val="00095FD0"/>
    <w:rsid w:val="000A503F"/>
    <w:rsid w:val="000B4626"/>
    <w:rsid w:val="000B4965"/>
    <w:rsid w:val="000C6C0C"/>
    <w:rsid w:val="000E3AC4"/>
    <w:rsid w:val="000F24C1"/>
    <w:rsid w:val="000F2688"/>
    <w:rsid w:val="000F3704"/>
    <w:rsid w:val="000F39C3"/>
    <w:rsid w:val="00121AE4"/>
    <w:rsid w:val="001411AF"/>
    <w:rsid w:val="00150745"/>
    <w:rsid w:val="0015074B"/>
    <w:rsid w:val="00174902"/>
    <w:rsid w:val="001854FB"/>
    <w:rsid w:val="0019668F"/>
    <w:rsid w:val="001C57C3"/>
    <w:rsid w:val="001C6131"/>
    <w:rsid w:val="001D08C5"/>
    <w:rsid w:val="001E6BDF"/>
    <w:rsid w:val="001F2732"/>
    <w:rsid w:val="00222680"/>
    <w:rsid w:val="00240973"/>
    <w:rsid w:val="0024124A"/>
    <w:rsid w:val="00247461"/>
    <w:rsid w:val="00261C2A"/>
    <w:rsid w:val="00261D29"/>
    <w:rsid w:val="00264361"/>
    <w:rsid w:val="0026464F"/>
    <w:rsid w:val="00266B76"/>
    <w:rsid w:val="0029639D"/>
    <w:rsid w:val="002C1F57"/>
    <w:rsid w:val="002E1C50"/>
    <w:rsid w:val="00304852"/>
    <w:rsid w:val="00306B51"/>
    <w:rsid w:val="00326F90"/>
    <w:rsid w:val="003655CA"/>
    <w:rsid w:val="00365DD3"/>
    <w:rsid w:val="00381FA2"/>
    <w:rsid w:val="00391535"/>
    <w:rsid w:val="003B61AA"/>
    <w:rsid w:val="003C202D"/>
    <w:rsid w:val="003C2712"/>
    <w:rsid w:val="003D76E6"/>
    <w:rsid w:val="003E1B38"/>
    <w:rsid w:val="003E2460"/>
    <w:rsid w:val="00410B9C"/>
    <w:rsid w:val="00412548"/>
    <w:rsid w:val="00432F9A"/>
    <w:rsid w:val="00467A1B"/>
    <w:rsid w:val="004704BC"/>
    <w:rsid w:val="004D40D9"/>
    <w:rsid w:val="004E3896"/>
    <w:rsid w:val="004F3879"/>
    <w:rsid w:val="004F7F54"/>
    <w:rsid w:val="00517CDA"/>
    <w:rsid w:val="005601A9"/>
    <w:rsid w:val="0057173E"/>
    <w:rsid w:val="005752DB"/>
    <w:rsid w:val="005A2480"/>
    <w:rsid w:val="005B2C11"/>
    <w:rsid w:val="005C50CF"/>
    <w:rsid w:val="005D5E6A"/>
    <w:rsid w:val="00600E6F"/>
    <w:rsid w:val="00616E9F"/>
    <w:rsid w:val="00627990"/>
    <w:rsid w:val="00627FC1"/>
    <w:rsid w:val="00640B98"/>
    <w:rsid w:val="00641EA9"/>
    <w:rsid w:val="0064649A"/>
    <w:rsid w:val="006642B8"/>
    <w:rsid w:val="006645FA"/>
    <w:rsid w:val="006D4BD0"/>
    <w:rsid w:val="006E32B0"/>
    <w:rsid w:val="006E3B67"/>
    <w:rsid w:val="00700502"/>
    <w:rsid w:val="00700EF6"/>
    <w:rsid w:val="007160A9"/>
    <w:rsid w:val="007432FE"/>
    <w:rsid w:val="007453FC"/>
    <w:rsid w:val="007544FC"/>
    <w:rsid w:val="00762387"/>
    <w:rsid w:val="0077722D"/>
    <w:rsid w:val="00781137"/>
    <w:rsid w:val="00781478"/>
    <w:rsid w:val="00784F6B"/>
    <w:rsid w:val="007A4334"/>
    <w:rsid w:val="007C69E3"/>
    <w:rsid w:val="007D3EDA"/>
    <w:rsid w:val="00803B2C"/>
    <w:rsid w:val="00803D52"/>
    <w:rsid w:val="00810CEE"/>
    <w:rsid w:val="0081295A"/>
    <w:rsid w:val="00813B84"/>
    <w:rsid w:val="00825203"/>
    <w:rsid w:val="00835E4F"/>
    <w:rsid w:val="00844892"/>
    <w:rsid w:val="008663D2"/>
    <w:rsid w:val="00877944"/>
    <w:rsid w:val="00891D10"/>
    <w:rsid w:val="008B1660"/>
    <w:rsid w:val="008D6B41"/>
    <w:rsid w:val="008E0D02"/>
    <w:rsid w:val="008F74C0"/>
    <w:rsid w:val="009033F7"/>
    <w:rsid w:val="009138CB"/>
    <w:rsid w:val="00930545"/>
    <w:rsid w:val="009540B0"/>
    <w:rsid w:val="00982AA2"/>
    <w:rsid w:val="009F2CC6"/>
    <w:rsid w:val="009F75C4"/>
    <w:rsid w:val="00A065DF"/>
    <w:rsid w:val="00A17D11"/>
    <w:rsid w:val="00A2092A"/>
    <w:rsid w:val="00A43D1B"/>
    <w:rsid w:val="00A6786F"/>
    <w:rsid w:val="00A81628"/>
    <w:rsid w:val="00AA0BFD"/>
    <w:rsid w:val="00AA1D8D"/>
    <w:rsid w:val="00AB0BC0"/>
    <w:rsid w:val="00AB3287"/>
    <w:rsid w:val="00AF4624"/>
    <w:rsid w:val="00AF742D"/>
    <w:rsid w:val="00B15A0A"/>
    <w:rsid w:val="00B2127F"/>
    <w:rsid w:val="00B26D71"/>
    <w:rsid w:val="00B271E4"/>
    <w:rsid w:val="00B4221E"/>
    <w:rsid w:val="00B47730"/>
    <w:rsid w:val="00B56360"/>
    <w:rsid w:val="00B564F8"/>
    <w:rsid w:val="00B60A4C"/>
    <w:rsid w:val="00B85319"/>
    <w:rsid w:val="00BA0C50"/>
    <w:rsid w:val="00BB1233"/>
    <w:rsid w:val="00BC3509"/>
    <w:rsid w:val="00BD53AF"/>
    <w:rsid w:val="00BE1308"/>
    <w:rsid w:val="00BF24E5"/>
    <w:rsid w:val="00BF5086"/>
    <w:rsid w:val="00C23CBA"/>
    <w:rsid w:val="00C36803"/>
    <w:rsid w:val="00C51D8F"/>
    <w:rsid w:val="00C74A08"/>
    <w:rsid w:val="00CA30B9"/>
    <w:rsid w:val="00CA479C"/>
    <w:rsid w:val="00CB0664"/>
    <w:rsid w:val="00CC5AAD"/>
    <w:rsid w:val="00CD6B4A"/>
    <w:rsid w:val="00D10CD5"/>
    <w:rsid w:val="00D20A82"/>
    <w:rsid w:val="00D20ABD"/>
    <w:rsid w:val="00D20D51"/>
    <w:rsid w:val="00D44559"/>
    <w:rsid w:val="00D45702"/>
    <w:rsid w:val="00D56804"/>
    <w:rsid w:val="00D60EE4"/>
    <w:rsid w:val="00D742CA"/>
    <w:rsid w:val="00D92CAD"/>
    <w:rsid w:val="00DB5100"/>
    <w:rsid w:val="00DD5E8F"/>
    <w:rsid w:val="00DE26AB"/>
    <w:rsid w:val="00DF3E38"/>
    <w:rsid w:val="00E05DA4"/>
    <w:rsid w:val="00E069A9"/>
    <w:rsid w:val="00E32441"/>
    <w:rsid w:val="00E67317"/>
    <w:rsid w:val="00E8048C"/>
    <w:rsid w:val="00E90A60"/>
    <w:rsid w:val="00E94A26"/>
    <w:rsid w:val="00EA5F77"/>
    <w:rsid w:val="00EE2952"/>
    <w:rsid w:val="00EE4B05"/>
    <w:rsid w:val="00F04A14"/>
    <w:rsid w:val="00F30D26"/>
    <w:rsid w:val="00F61176"/>
    <w:rsid w:val="00F71E30"/>
    <w:rsid w:val="00F86232"/>
    <w:rsid w:val="00FA312B"/>
    <w:rsid w:val="00FB089D"/>
    <w:rsid w:val="00FC693F"/>
    <w:rsid w:val="00FD560D"/>
    <w:rsid w:val="00FD5EFE"/>
    <w:rsid w:val="00FE60B6"/>
    <w:rsid w:val="01A4A919"/>
    <w:rsid w:val="021ACDF9"/>
    <w:rsid w:val="02B4E615"/>
    <w:rsid w:val="02C45B99"/>
    <w:rsid w:val="02D27DE9"/>
    <w:rsid w:val="030B2D01"/>
    <w:rsid w:val="05195BE4"/>
    <w:rsid w:val="0608D00F"/>
    <w:rsid w:val="081D8718"/>
    <w:rsid w:val="0874C4A6"/>
    <w:rsid w:val="0A4096DC"/>
    <w:rsid w:val="0BBA0CA3"/>
    <w:rsid w:val="0E2BD9B4"/>
    <w:rsid w:val="0ECB199F"/>
    <w:rsid w:val="0F57447E"/>
    <w:rsid w:val="103E7FE4"/>
    <w:rsid w:val="10C3F8E6"/>
    <w:rsid w:val="114652F3"/>
    <w:rsid w:val="11A2AF30"/>
    <w:rsid w:val="14DAE99E"/>
    <w:rsid w:val="16ABA004"/>
    <w:rsid w:val="176A26DA"/>
    <w:rsid w:val="19D1D5AA"/>
    <w:rsid w:val="1A687844"/>
    <w:rsid w:val="1C5404B1"/>
    <w:rsid w:val="1CABB8A1"/>
    <w:rsid w:val="1D994D91"/>
    <w:rsid w:val="1DBF01B1"/>
    <w:rsid w:val="1E1D7448"/>
    <w:rsid w:val="1E35E022"/>
    <w:rsid w:val="1FF605A9"/>
    <w:rsid w:val="218168A7"/>
    <w:rsid w:val="256479B1"/>
    <w:rsid w:val="25C6A8D8"/>
    <w:rsid w:val="27125E4D"/>
    <w:rsid w:val="274437E0"/>
    <w:rsid w:val="276AE385"/>
    <w:rsid w:val="28242E6F"/>
    <w:rsid w:val="285445DA"/>
    <w:rsid w:val="2A3EBD47"/>
    <w:rsid w:val="2E393BD8"/>
    <w:rsid w:val="2FCEF645"/>
    <w:rsid w:val="30E9C22E"/>
    <w:rsid w:val="31279EEE"/>
    <w:rsid w:val="333BC399"/>
    <w:rsid w:val="35D967B6"/>
    <w:rsid w:val="36153DE5"/>
    <w:rsid w:val="365BF888"/>
    <w:rsid w:val="374549AF"/>
    <w:rsid w:val="376968FD"/>
    <w:rsid w:val="376EA351"/>
    <w:rsid w:val="37D67C89"/>
    <w:rsid w:val="38532686"/>
    <w:rsid w:val="38B2D9B7"/>
    <w:rsid w:val="38C3B1F3"/>
    <w:rsid w:val="38D0500A"/>
    <w:rsid w:val="3965272A"/>
    <w:rsid w:val="39BDD661"/>
    <w:rsid w:val="3A9F5DFE"/>
    <w:rsid w:val="3AFD310B"/>
    <w:rsid w:val="3B398D9B"/>
    <w:rsid w:val="3BAD00C8"/>
    <w:rsid w:val="3D6F8050"/>
    <w:rsid w:val="3DCA7CAF"/>
    <w:rsid w:val="3E5C16B7"/>
    <w:rsid w:val="3ED673ED"/>
    <w:rsid w:val="3F78C262"/>
    <w:rsid w:val="403E6E80"/>
    <w:rsid w:val="414946B5"/>
    <w:rsid w:val="41CC2079"/>
    <w:rsid w:val="4298E58F"/>
    <w:rsid w:val="444E268F"/>
    <w:rsid w:val="4586464B"/>
    <w:rsid w:val="45AEA5AB"/>
    <w:rsid w:val="46144340"/>
    <w:rsid w:val="48B29F2F"/>
    <w:rsid w:val="4902828D"/>
    <w:rsid w:val="495941E9"/>
    <w:rsid w:val="4AC70A47"/>
    <w:rsid w:val="4DE8D3FF"/>
    <w:rsid w:val="4E4943AC"/>
    <w:rsid w:val="4F4B0D5A"/>
    <w:rsid w:val="50E2498F"/>
    <w:rsid w:val="52931C0D"/>
    <w:rsid w:val="52E1355D"/>
    <w:rsid w:val="533D1C91"/>
    <w:rsid w:val="5548E160"/>
    <w:rsid w:val="55590DA7"/>
    <w:rsid w:val="568E0D81"/>
    <w:rsid w:val="58823596"/>
    <w:rsid w:val="58C881B7"/>
    <w:rsid w:val="5947DCE5"/>
    <w:rsid w:val="5964F22B"/>
    <w:rsid w:val="5B0AA7DC"/>
    <w:rsid w:val="5B244EFB"/>
    <w:rsid w:val="5DA2273C"/>
    <w:rsid w:val="5E720837"/>
    <w:rsid w:val="5FE1E9B7"/>
    <w:rsid w:val="6070789F"/>
    <w:rsid w:val="60A185F3"/>
    <w:rsid w:val="6148D34A"/>
    <w:rsid w:val="61BFE406"/>
    <w:rsid w:val="61C53390"/>
    <w:rsid w:val="645ACEEC"/>
    <w:rsid w:val="674629B6"/>
    <w:rsid w:val="6BA8C8C9"/>
    <w:rsid w:val="6E65DB32"/>
    <w:rsid w:val="70F21A3B"/>
    <w:rsid w:val="7545B182"/>
    <w:rsid w:val="7859D596"/>
    <w:rsid w:val="79A36207"/>
    <w:rsid w:val="79AF7097"/>
    <w:rsid w:val="7A3BDD55"/>
    <w:rsid w:val="7BEC0245"/>
    <w:rsid w:val="7E0EB511"/>
    <w:rsid w:val="7E628B11"/>
    <w:rsid w:val="7EB6457C"/>
    <w:rsid w:val="7F6DB351"/>
    <w:rsid w:val="7F727271"/>
    <w:rsid w:val="7F90C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F0B19"/>
  <w14:defaultImageDpi w14:val="300"/>
  <w15:docId w15:val="{AE2CE2CB-3809-40E1-8E20-05134838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14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3E246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E2460"/>
    <w:rPr>
      <w:color w:val="605E5C"/>
      <w:shd w:val="clear" w:color="auto" w:fill="E1DFDD"/>
    </w:rPr>
  </w:style>
  <w:style w:type="character" w:customStyle="1" w:styleId="cf01">
    <w:name w:val="cf01"/>
    <w:basedOn w:val="Fuentedeprrafopredeter"/>
    <w:uiPriority w:val="1"/>
    <w:rsid w:val="02C45B99"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75dcb6-7e40-4f31-9d28-070798583648">
      <Terms xmlns="http://schemas.microsoft.com/office/infopath/2007/PartnerControls"/>
    </lcf76f155ced4ddcb4097134ff3c332f>
    <TaxCatchAll xmlns="c8b36f34-4a8d-477c-9bcd-2a99b13e2d3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F7AA7165CFAD49A197B58F7C828321" ma:contentTypeVersion="16" ma:contentTypeDescription="Crear nuevo documento." ma:contentTypeScope="" ma:versionID="b78cd424b3668a40ca1444dfdd8e76f1">
  <xsd:schema xmlns:xsd="http://www.w3.org/2001/XMLSchema" xmlns:xs="http://www.w3.org/2001/XMLSchema" xmlns:p="http://schemas.microsoft.com/office/2006/metadata/properties" xmlns:ns2="a375dcb6-7e40-4f31-9d28-070798583648" xmlns:ns3="c8b36f34-4a8d-477c-9bcd-2a99b13e2d37" targetNamespace="http://schemas.microsoft.com/office/2006/metadata/properties" ma:root="true" ma:fieldsID="cfd6f03ce9d20073ce54187f02cafb0c" ns2:_="" ns3:_="">
    <xsd:import namespace="a375dcb6-7e40-4f31-9d28-070798583648"/>
    <xsd:import namespace="c8b36f34-4a8d-477c-9bcd-2a99b13e2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5dcb6-7e40-4f31-9d28-070798583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7cb6a1b-b375-45f4-8b52-98c866b3d7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36f34-4a8d-477c-9bcd-2a99b13e2d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422289-4417-4adc-87b9-8dfcdfa95046}" ma:internalName="TaxCatchAll" ma:showField="CatchAllData" ma:web="c8b36f34-4a8d-477c-9bcd-2a99b13e2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DE65CF-504B-49BB-8CEC-FD22B3D0F7E6}">
  <ds:schemaRefs>
    <ds:schemaRef ds:uri="http://schemas.microsoft.com/office/2006/metadata/properties"/>
    <ds:schemaRef ds:uri="http://schemas.microsoft.com/office/infopath/2007/PartnerControls"/>
    <ds:schemaRef ds:uri="a375dcb6-7e40-4f31-9d28-070798583648"/>
    <ds:schemaRef ds:uri="c8b36f34-4a8d-477c-9bcd-2a99b13e2d37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D8DE19-F789-45D5-8530-9BD90AAAC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75dcb6-7e40-4f31-9d28-070798583648"/>
    <ds:schemaRef ds:uri="c8b36f34-4a8d-477c-9bcd-2a99b13e2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967F87-D98A-4FA6-ADF0-038332F1EF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Carmen Egea Santiago</cp:lastModifiedBy>
  <cp:revision>5</cp:revision>
  <cp:lastPrinted>2026-06-03T06:49:00Z</cp:lastPrinted>
  <dcterms:created xsi:type="dcterms:W3CDTF">2026-06-15T18:56:00Z</dcterms:created>
  <dcterms:modified xsi:type="dcterms:W3CDTF">2026-06-18T11:36:00Z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0x01010062F7AA7165CFAD49A197B58F7C828321</vt:lpwstr>
  </property>
  <property fmtid="{D5CDD505-2E9C-101B-9397-08002B2CF9AE}" pid="3" name="MediaServiceImageTags">
    <vt:lpwstr/>
  </property>
</Properties>
</file>